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bidi/>
        <w:spacing w:after="80"/>
      </w:pPr>
      <w:r>
        <w:rPr>
          <w:rFonts w:ascii="Heebo" w:hAnsi="Heebo"/>
          <w:b/>
          <w:color w:val="FC53AE"/>
          <w:sz w:val="18"/>
        </w:rPr>
        <w:t>DIETNETA · נטע הירש-כהן</w:t>
      </w:r>
    </w:p>
    <w:p>
      <w:pPr>
        <w:bidi/>
        <w:spacing w:before="120" w:after="40"/>
      </w:pPr>
      <w:r>
        <w:rPr>
          <w:rFonts w:ascii="Heebo" w:hAnsi="Heebo"/>
          <w:b/>
          <w:color w:val="15080F"/>
          <w:sz w:val="52"/>
        </w:rPr>
        <w:t>זיוה · FLUSH · שבוע 1-2</w:t>
      </w:r>
    </w:p>
    <w:p>
      <w:pPr>
        <w:bidi/>
        <w:spacing w:before="0" w:after="320"/>
      </w:pPr>
      <w:r>
        <w:rPr>
          <w:rFonts w:ascii="Assistant" w:hAnsi="Assistant"/>
          <w:b w:val="0"/>
          <w:i w:val="0"/>
          <w:color w:val="4A3540"/>
          <w:sz w:val="24"/>
        </w:rPr>
        <w:t>2,000-2,100 קק"ל · שלב פתיחה · הרחבה מיטבית מהיום הראשון · BMR גבוה</w:t>
      </w:r>
    </w:p>
    <w:p>
      <w:pPr>
        <w:bidi/>
        <w:spacing w:before="200" w:after="40"/>
      </w:pPr>
      <w:r>
        <w:rPr>
          <w:rFonts w:ascii="Heebo" w:hAnsi="Heebo"/>
          <w:b/>
          <w:color w:val="FC53AE"/>
          <w:sz w:val="18"/>
        </w:rPr>
        <w:t>01 · לפני שמתחילים</w:t>
      </w:r>
    </w:p>
    <w:p>
      <w:pPr>
        <w:bidi/>
        <w:spacing w:before="0" w:after="160"/>
      </w:pPr>
      <w:r>
        <w:rPr>
          <w:rFonts w:ascii="Heebo" w:hAnsi="Heebo"/>
          <w:b/>
          <w:i w:val="0"/>
          <w:color w:val="15080F"/>
          <w:sz w:val="32"/>
        </w:rPr>
        <w:t>הנחיות ראשוניות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תיבול: ג'ינג'ר, קאיין, בזיליקום, כורכום. מותר: רטבי Primal Kitchen, coconut aminos, Bragg's liquid aminos, כוסברה, לימון, ליים, סטיביה, מונק פרוט, מוסטרד, Rao's marinara (¼ כוס).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להימנע: גלוטן, חיטה, סויה, תירס, מוצרי חלב, אלכוהול, קפאין.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מים: 3 ליטר ביום עם אלקטרוליטים · קורט מלח ים ורוד + לימון סחוט בכוס מים.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חומץ תפוחים: להוסיף רק מהשבוע השני · 60 מ"ל ליום מדוללים במים, אפשר עם טיפות סטיביה.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דגים: Wild caught בלבד · סלמון, קוד, הליבוט, מהי-מהי, בורי · טונה פעם בשבוע לכל היותר · לא סלמון פארמינג.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חלבונים בשלב FLUSH: דגים, שרימפ, סקאלופ, הודו טחון 93/7, בקר גראס-פד רזה, ביצים אורגניות · אין עוף (עומס עיכול).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מיצים: אורגניים, ללא תוספת סוכר, לא מרוכזים · RW Knudsen או Lakewood organics · תפוח, אגס, חמוציות, רימון, דובדבן חמוץ.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שום ובצל: לא בשבוע הראשון · להכניס בהדרגה משבוע 2, מבושלים, כמות קטנה.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תנועה: הליכה מינימום 20 דק' ביום, 5 ימים בשבוע · הליכה בטבע 30-45 דק' בסופ"ש · 5 דק' מדיטציה או נשימות עם הקימה.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ארוחות: 5-6 ארוחות פרוסות לאורך היום · אפשר לחבר במידת הצורך אבל שאף לפחות 5.</w:t>
      </w:r>
    </w:p>
    <w:p>
      <w:pPr>
        <w:pStyle w:val="ListBullet"/>
        <w:bidi/>
        <w:spacing w:after="20"/>
      </w:pPr>
      <w:r>
        <w:rPr>
          <w:rFonts w:ascii="Assistant" w:hAnsi="Assistant"/>
          <w:color w:val="4A3540"/>
          <w:sz w:val="21"/>
        </w:rPr>
        <w:t>תה: דנדליון + מנטה פעמיים ביום (אפשר באותה כוס) · אפשר גם ג'ינג'ר, שורש חלמית, קמומיל לפני שינה.</w:t>
      </w:r>
    </w:p>
    <w:p>
      <w:pPr>
        <w:bidi/>
        <w:spacing w:before="280" w:after="40"/>
      </w:pPr>
      <w:r>
        <w:rPr>
          <w:rFonts w:ascii="Heebo" w:hAnsi="Heebo"/>
          <w:b/>
          <w:color w:val="FC53AE"/>
          <w:sz w:val="18"/>
        </w:rPr>
        <w:t>02 · יום אכילה</w:t>
      </w:r>
    </w:p>
    <w:p>
      <w:pPr>
        <w:bidi/>
        <w:spacing w:before="0" w:after="160"/>
      </w:pPr>
      <w:r>
        <w:rPr>
          <w:rFonts w:ascii="Heebo" w:hAnsi="Heebo"/>
          <w:b/>
          <w:i w:val="0"/>
          <w:color w:val="15080F"/>
          <w:sz w:val="32"/>
        </w:rPr>
        <w:t>תפריט יומי · 6 ארוחות</w:t>
      </w:r>
    </w:p>
    <w:tbl>
      <w:tblPr>
        <w:tblStyle w:val="LightGrid-Accent4"/>
        <w:tblW w:type="auto" w:w="0"/>
        <w:jc w:val="right"/>
        <w:tblLook w:firstColumn="1" w:firstRow="1" w:lastColumn="0" w:lastRow="0" w:noHBand="0" w:noVBand="1" w:val="04A0"/>
      </w:tblPr>
      <w:tblGrid>
        <w:gridCol w:w="3437"/>
        <w:gridCol w:w="3437"/>
        <w:gridCol w:w="3437"/>
      </w:tblGrid>
      <w:tr>
        <w:tc>
          <w:tcPr>
            <w:tcW w:type="dxa" w:w="1984"/>
            <w:shd w:val="clear" w:color="auto" w:fill="FC53AE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FFFFFF"/>
                <w:sz w:val="21"/>
              </w:rPr>
              <w:t>ארוחה</w:t>
            </w:r>
          </w:p>
        </w:tc>
        <w:tc>
          <w:tcPr>
            <w:tcW w:type="dxa" w:w="5953"/>
            <w:shd w:val="clear" w:color="auto" w:fill="FC53AE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FFFFFF"/>
                <w:sz w:val="21"/>
              </w:rPr>
              <w:t>מפרט מאכלים</w:t>
            </w:r>
          </w:p>
        </w:tc>
        <w:tc>
          <w:tcPr>
            <w:tcW w:type="dxa" w:w="2551"/>
            <w:shd w:val="clear" w:color="auto" w:fill="FC53AE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FFFFFF"/>
                <w:sz w:val="21"/>
              </w:rPr>
              <w:t>הערות</w:t>
            </w:r>
          </w:p>
        </w:tc>
      </w:tr>
      <w:tr>
        <w:tc>
          <w:tcPr>
            <w:tcW w:type="dxa" w:w="3437"/>
            <w:shd w:val="clear" w:color="auto" w:fill="FFE7F3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C91A7F"/>
                <w:sz w:val="22"/>
              </w:rPr>
              <w:t>ארוחה 1 · בוקר</w:t>
            </w:r>
          </w:p>
          <w:p>
            <w:pPr>
              <w:bidi/>
              <w:spacing w:after="0"/>
            </w:pPr>
            <w:r>
              <w:rPr>
                <w:rFonts w:ascii="Assistant" w:hAnsi="Assistant"/>
                <w:color w:val="9A8A92"/>
                <w:sz w:val="18"/>
              </w:rPr>
              <w:t>08:00</w:t>
            </w:r>
          </w:p>
        </w:tc>
        <w:tc>
          <w:tcPr>
            <w:tcW w:type="dxa" w:w="3437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22"/>
              </w:rPr>
              <w:t>סמוזי בוקר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2 סקופ Metagenics UltraClear Renew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עלים מרים (תרד, קייל, גרגיר נחל, חסה רומיין)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2 כפיות זרעי צ'יה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פירות יער קפואים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240 מ"ל מיץ אגס או תפוח אורגני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כפית שמן פשתן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30-60g שומר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ג'ינג'ר טרי 2.5 ס"מ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9A8A92"/>
                <w:sz w:val="19"/>
              </w:rPr>
              <w:t>2 סקופ מהיום הראשון (BMR גבוה סופג טוב)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סטיביה או קינמון להמתקה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אפשר להכפיל כמות ולשמור לארוחה 5.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שבוע 2: להעלות מיץ אגס מ-240 ל-300 מ"ל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תוספת ~25 קק"ל</w:t>
            </w:r>
          </w:p>
        </w:tc>
      </w:tr>
      <w:tr>
        <w:tc>
          <w:tcPr>
            <w:tcW w:type="dxa" w:w="3437"/>
            <w:shd w:val="clear" w:color="auto" w:fill="FFE7F3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C91A7F"/>
                <w:sz w:val="22"/>
              </w:rPr>
              <w:t>ארוחה 2 · ביניים</w:t>
            </w:r>
          </w:p>
          <w:p>
            <w:pPr>
              <w:bidi/>
              <w:spacing w:after="0"/>
            </w:pPr>
            <w:r>
              <w:rPr>
                <w:rFonts w:ascii="Assistant" w:hAnsi="Assistant"/>
                <w:color w:val="9A8A92"/>
                <w:sz w:val="18"/>
              </w:rPr>
              <w:t>10:30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4A3540"/>
                <w:sz w:val="21"/>
              </w:rPr>
              <w:t>• 240 מ"ל מיץ אגס או כל מיץ אורגני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בטטה אפויה או 1 כוס פירות יער או 2 קלמנטינות או 1 כוס מלון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ירקות חיים · אפונת שלג, בייבי-גזרים, מלפפונים או קישואים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9A8A92"/>
                <w:sz w:val="19"/>
              </w:rPr>
              <w:t>סדר אכילה: קודם ירק ושמן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אז בטטה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אז לשתות את המיץ.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ירקות ירוקים = חופשי לנשנוש.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שבוע 2: להוסיף 1 קיווי או ½ כוס מלון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תוספת ~25 קק"ל</w:t>
            </w:r>
          </w:p>
        </w:tc>
      </w:tr>
      <w:tr>
        <w:tc>
          <w:tcPr>
            <w:tcW w:type="dxa" w:w="3437"/>
            <w:shd w:val="clear" w:color="auto" w:fill="FFE7F3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C91A7F"/>
                <w:sz w:val="22"/>
              </w:rPr>
              <w:t>ארוחה 3 · צהריים</w:t>
            </w:r>
          </w:p>
          <w:p>
            <w:pPr>
              <w:bidi/>
              <w:spacing w:after="0"/>
            </w:pPr>
            <w:r>
              <w:rPr>
                <w:rFonts w:ascii="Assistant" w:hAnsi="Assistant"/>
                <w:color w:val="9A8A92"/>
                <w:sz w:val="18"/>
              </w:rPr>
              <w:t>13:00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4A3540"/>
                <w:sz w:val="21"/>
              </w:rPr>
              <w:t>• 1 כוס ברוקולי או ירק ירוק (כרוב ניצנים, אספרגוס, שעועית ירוקה, קישואים)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120g סלמון WILD CAUGHT · קוד · הליבוט · מהי-מהי · שרימפ · או הודו טחון 93/7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כף רוטב Primal Kitchen · שמן פשתן · או שמן זית כתית מעולה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בטטה או תפוח אדמה אדום · או ¾ כוס קינואה מבושלת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120 מ"ל מיץ רימון או תפוחים (אופציונלי)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9A8A92"/>
                <w:sz w:val="19"/>
              </w:rPr>
              <w:t>סלמון Wild Caught בלבד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בטטה אחרי קירור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Resistant Starch לפלורה.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שבוע 2: להוסיף 60 מ"ל מיץ רימון נוסף (מ-120 ל-180 מ"ל)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תוספת ~25 קק"ל</w:t>
            </w:r>
          </w:p>
        </w:tc>
      </w:tr>
      <w:tr>
        <w:tc>
          <w:tcPr>
            <w:tcW w:type="dxa" w:w="3437"/>
            <w:shd w:val="clear" w:color="auto" w:fill="FFE7F3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C91A7F"/>
                <w:sz w:val="22"/>
              </w:rPr>
              <w:t>ארוחה 4 · ביניים</w:t>
            </w:r>
          </w:p>
          <w:p>
            <w:pPr>
              <w:bidi/>
              <w:spacing w:after="0"/>
            </w:pPr>
            <w:r>
              <w:rPr>
                <w:rFonts w:ascii="Assistant" w:hAnsi="Assistant"/>
                <w:color w:val="9A8A92"/>
                <w:sz w:val="18"/>
              </w:rPr>
              <w:t>15:30</w:t>
            </w:r>
          </w:p>
          <w:p>
            <w:pPr>
              <w:bidi/>
              <w:spacing w:before="80"/>
            </w:pPr>
            <w:r>
              <w:rPr>
                <w:rFonts w:ascii="Heebo" w:hAnsi="Heebo"/>
                <w:b/>
                <w:color w:val="C91A7F"/>
                <w:sz w:val="16"/>
              </w:rPr>
              <w:t>אופציונלי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4A3540"/>
                <w:sz w:val="21"/>
              </w:rPr>
              <w:t>• 240 מ"ל מי קוקוס Harmless Harvest או Green Suja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תפוח בינוני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מלפפון בינוני · או מלפפון חמוץ טבעי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כפית שמן זית · או רוטב Primal Kitchen</w:t>
            </w:r>
          </w:p>
        </w:tc>
        <w:tc>
          <w:tcPr>
            <w:tcW w:type="dxa" w:w="3437"/>
          </w:tcPr>
          <w:p>
            <w:pPr>
              <w:bidi/>
              <w:bidi/>
              <w:spacing w:after="80"/>
            </w:pPr>
            <w:r/>
            <w:r>
              <w:rPr>
                <w:rFonts w:ascii="Heebo" w:hAnsi="Heebo"/>
                <w:b/>
                <w:color w:val="C91A7F"/>
                <w:sz w:val="19"/>
              </w:rPr>
              <w:t xml:space="preserve">אופציונלי: </w:t>
            </w:r>
            <w:r>
              <w:rPr>
                <w:rFonts w:ascii="Assistant" w:hAnsi="Assistant"/>
                <w:color w:val="4A3540"/>
                <w:sz w:val="19"/>
              </w:rPr>
              <w:t>במידה ודילגת על ארוחה זו · את התפוח תעבירי לארוחת הערב כתוספת · את מי הקוקוס אפשר להוסיף לסמוזי · כל שאר המרכיבים משתלבים בארוחה שנותרה לאורך היום.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מי קוקוס ללא תוספת סוכר.</w:t>
            </w:r>
          </w:p>
        </w:tc>
      </w:tr>
      <w:tr>
        <w:tc>
          <w:tcPr>
            <w:tcW w:type="dxa" w:w="3437"/>
            <w:shd w:val="clear" w:color="auto" w:fill="FFE7F3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C91A7F"/>
                <w:sz w:val="22"/>
              </w:rPr>
              <w:t>ארוחה 5 · אחה"צ</w:t>
            </w:r>
          </w:p>
          <w:p>
            <w:pPr>
              <w:bidi/>
              <w:spacing w:after="0"/>
            </w:pPr>
            <w:r>
              <w:rPr>
                <w:rFonts w:ascii="Assistant" w:hAnsi="Assistant"/>
                <w:color w:val="9A8A92"/>
                <w:sz w:val="18"/>
              </w:rPr>
              <w:t>17:00</w:t>
            </w:r>
          </w:p>
        </w:tc>
        <w:tc>
          <w:tcPr>
            <w:tcW w:type="dxa" w:w="3437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22"/>
              </w:rPr>
              <w:t>סמוזי חוזר · זהה לארוחה 1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אותם רכיבים בדיוק של סמוזי הבוקר · 240 מ"ל מיץ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9A8A92"/>
                <w:sz w:val="19"/>
              </w:rPr>
              <w:t>אפשר להכין כמות כפולה בבוקר ולשמור מחצית לכאן.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שבוע 2: אותה תוספת כמו סמוזי בוקר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תוספת ~25 קק"ל</w:t>
            </w:r>
          </w:p>
        </w:tc>
      </w:tr>
      <w:tr>
        <w:tc>
          <w:tcPr>
            <w:tcW w:type="dxa" w:w="3437"/>
            <w:shd w:val="clear" w:color="auto" w:fill="FFE7F3"/>
          </w:tcPr>
          <w:p>
            <w:pPr>
              <w:bidi/>
              <w:bidi/>
            </w:pPr>
            <w:r>
              <w:rPr>
                <w:rFonts w:ascii="Heebo" w:hAnsi="Heebo"/>
                <w:b/>
                <w:color w:val="C91A7F"/>
                <w:sz w:val="22"/>
              </w:rPr>
              <w:t>ארוחה 6 · ערב</w:t>
            </w:r>
          </w:p>
          <w:p>
            <w:pPr>
              <w:bidi/>
              <w:spacing w:after="0"/>
            </w:pPr>
            <w:r>
              <w:rPr>
                <w:rFonts w:ascii="Assistant" w:hAnsi="Assistant"/>
                <w:color w:val="9A8A92"/>
                <w:sz w:val="18"/>
              </w:rPr>
              <w:t>19:00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Heebo" w:hAnsi="Heebo"/>
                <w:b/>
                <w:color w:val="C91A7F"/>
                <w:sz w:val="21"/>
              </w:rPr>
              <w:t>אפשרות א · צלחת ירוקה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2 כוסות עלים ירוקים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ירק ירוק מהרשימה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½ אבוקדו או mini guacamole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100g דג לבן · שרימפ · סקאלופ · או הודו טחון 93/7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בטטה או תפוח אדמה אדום · או ¾ כוס קינואה מבושלת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כף שמן פשתן או רוטב Primal Kitchen</w:t>
            </w:r>
          </w:p>
          <w:p>
            <w:pPr>
              <w:bidi/>
              <w:spacing w:after="20"/>
            </w:pPr>
            <w:r>
              <w:rPr>
                <w:rFonts w:ascii="Heebo" w:hAnsi="Heebo"/>
                <w:b/>
                <w:color w:val="C91A7F"/>
                <w:sz w:val="21"/>
              </w:rPr>
              <w:t>אפשרות ב · מרק ציר עצם בקר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½ כוס ציר עצם בקר טבעי ללא סוכר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ירק כתום · דלעת, גזר, בטטה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100g דג לבן · שרימפ · סקאלופ · או הודו טחון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1 כוס ירק לבן · קישוא, כרובית, לפת או כרוב לבן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4A3540"/>
                <w:sz w:val="21"/>
              </w:rPr>
              <w:t>• ½ אבוקדו או 1 כף שמן</w:t>
            </w:r>
          </w:p>
        </w:tc>
        <w:tc>
          <w:tcPr>
            <w:tcW w:type="dxa" w:w="3437"/>
          </w:tcPr>
          <w:p>
            <w:pPr>
              <w:bidi/>
              <w:bidi/>
              <w:spacing w:after="20"/>
            </w:pPr>
            <w:r/>
            <w:r>
              <w:rPr>
                <w:rFonts w:ascii="Assistant" w:hAnsi="Assistant"/>
                <w:color w:val="9A8A92"/>
                <w:sz w:val="19"/>
              </w:rPr>
              <w:t>ציר עצם ביתי או Kettle &amp; Fire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הליכה 10-15 דק' מיד אחרי הארוחה.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שבוע 2: ללא שינוי</w:t>
            </w:r>
          </w:p>
          <w:p>
            <w:pPr>
              <w:bidi/>
              <w:spacing w:after="20"/>
            </w:pPr>
            <w:r>
              <w:rPr>
                <w:rFonts w:ascii="Assistant" w:hAnsi="Assistant"/>
                <w:color w:val="9A8A92"/>
                <w:sz w:val="19"/>
              </w:rPr>
              <w:t>הארוחה כבר בגודל מלא</w:t>
            </w:r>
          </w:p>
        </w:tc>
      </w:tr>
    </w:tbl>
    <w:p>
      <w:pPr>
        <w:bidi/>
        <w:spacing w:before="280" w:after="40"/>
      </w:pPr>
      <w:r>
        <w:rPr>
          <w:rFonts w:ascii="Heebo" w:hAnsi="Heebo"/>
          <w:b/>
          <w:color w:val="FC53AE"/>
          <w:sz w:val="18"/>
        </w:rPr>
        <w:t>03 · לגוון</w:t>
      </w:r>
    </w:p>
    <w:p>
      <w:pPr>
        <w:bidi/>
        <w:spacing w:before="0" w:after="160"/>
      </w:pPr>
      <w:r>
        <w:rPr>
          <w:rFonts w:ascii="Heebo" w:hAnsi="Heebo"/>
          <w:b/>
          <w:i w:val="0"/>
          <w:color w:val="15080F"/>
          <w:sz w:val="32"/>
        </w:rPr>
        <w:t>אופציות לגיוון</w:t>
      </w:r>
    </w:p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156"/>
        <w:gridCol w:w="5156"/>
      </w:tblGrid>
      <w:tr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טאקוס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טאקוס בחסה חמאה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הודו טחון או דג לבן קצוץ עם תבלינים, לפים בעלי חסה.</w:t>
            </w:r>
          </w:p>
        </w:tc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פסטה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ספגטי סקוואש בולונז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דלעת ספגטי אפויה + הודו טחון 93/7 + Rao's marinara ¼ כוס + בזיליקום.</w:t>
            </w:r>
          </w:p>
        </w:tc>
      </w:tr>
      <w:tr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אסייתי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סטיר-פריי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קינואה + דג/הודו + coconut aminos + ג'ינג'ר + ירקות ירוקים.</w:t>
            </w:r>
          </w:p>
        </w:tc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ממולא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בטטה ממולאת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בטטה אפויה עם הודו טחון + ירקות + אבוקדו.</w:t>
            </w:r>
          </w:p>
        </w:tc>
      </w:tr>
      <w:tr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בתנור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Sheet-pan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תפו"א + ירקות (ברוקולי, גזר, קישואים) + חלבון · על תבנית אחת בתנור.</w:t>
            </w:r>
          </w:p>
        </w:tc>
        <w:tc>
          <w:tcPr>
            <w:tcW w:type="dxa" w:w="5156"/>
          </w:tcPr>
          <w:p>
            <w:pPr>
              <w:bidi/>
              <w:bidi/>
            </w:pPr>
            <w:r/>
            <w:r>
              <w:rPr>
                <w:rFonts w:ascii="Heebo" w:hAnsi="Heebo"/>
                <w:b/>
                <w:color w:val="C91A7F"/>
                <w:sz w:val="16"/>
              </w:rPr>
              <w:t>ים-תיכוני</w:t>
            </w:r>
          </w:p>
          <w:p>
            <w:pPr>
              <w:bidi/>
              <w:spacing w:after="40"/>
            </w:pPr>
            <w:r>
              <w:rPr>
                <w:rFonts w:ascii="Heebo" w:hAnsi="Heebo"/>
                <w:b/>
                <w:color w:val="15080F"/>
                <w:sz w:val="22"/>
              </w:rPr>
              <w:t>סלט ים-תיכוני</w:t>
            </w:r>
          </w:p>
          <w:p>
            <w:pPr>
              <w:bidi/>
            </w:pPr>
            <w:r>
              <w:rPr>
                <w:rFonts w:ascii="Assistant" w:hAnsi="Assistant"/>
                <w:color w:val="4A3540"/>
                <w:sz w:val="20"/>
              </w:rPr>
              <w:t>עלים + דג אפוי + זיתי קלמטה + אבוקדו + לימון + כוסברה.</w:t>
            </w:r>
          </w:p>
        </w:tc>
      </w:tr>
    </w:tbl>
    <w:p>
      <w:pPr>
        <w:bidi/>
        <w:spacing w:before="200" w:after="40"/>
      </w:pPr>
      <w:r>
        <w:rPr>
          <w:rFonts w:ascii="Assistant" w:hAnsi="Assistant"/>
          <w:b w:val="0"/>
          <w:i w:val="0"/>
          <w:color w:val="4A3540"/>
          <w:sz w:val="21"/>
        </w:rPr>
        <w:t>טיפ · אלטרנטיבות לרוטב: שמן זית עם לימון וזעתר · טחינה גולמית · שמן פשתן עם חומץ · פסטו ביתי · רוטב Primal Kitchen.</w:t>
      </w:r>
    </w:p>
    <w:p>
      <w:pPr>
        <w:bidi/>
        <w:spacing w:before="0" w:after="160"/>
      </w:pPr>
      <w:r>
        <w:rPr>
          <w:rFonts w:ascii="Assistant" w:hAnsi="Assistant"/>
          <w:b w:val="0"/>
          <w:i w:val="0"/>
          <w:color w:val="4A3540"/>
          <w:sz w:val="21"/>
        </w:rPr>
        <w:t>שים לב: שום ובצל מבושלים אפשריים מהיום הראשון בגלל BMR גבוה · לעצור אם יש נפיחות או גזים.</w:t>
      </w:r>
    </w:p>
    <w:p>
      <w:pPr>
        <w:bidi/>
        <w:spacing w:before="320" w:after="40"/>
        <w:jc w:val="center"/>
      </w:pPr>
      <w:r>
        <w:rPr>
          <w:rFonts w:ascii="Assistant" w:hAnsi="Assistant"/>
          <w:b w:val="0"/>
          <w:i w:val="0"/>
          <w:color w:val="9A8A92"/>
          <w:sz w:val="18"/>
        </w:rPr>
        <w:t>DietNeta · נטע הירש-כהן · ליווי אישי</w:t>
      </w:r>
    </w:p>
    <w:sectPr w:rsidR="00FC693F" w:rsidRPr="0006063C" w:rsidSect="00034616">
      <w:pgSz w:w="12240" w:h="15840"/>
      <w:pgMar w:top="794" w:right="964" w:bottom="794" w:left="964" w:header="720" w:footer="720" w:gutter="0"/>
      <w:cols w:space="720"/>
      <w:docGrid w:linePitch="36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ssistant" w:hAnsi="Assistant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